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D1A1E" w14:textId="77777777" w:rsidR="00341FC2" w:rsidRDefault="00341FC2" w:rsidP="00341FC2">
      <w:pPr>
        <w:snapToGrid w:val="0"/>
      </w:pPr>
      <w:r>
        <w:rPr>
          <w:b/>
          <w:sz w:val="20"/>
        </w:rPr>
        <w:t>報導解禁時間：2026 年 9 月 28 日上午 11:00（台灣時間 UTC+8）</w:t>
      </w:r>
    </w:p>
    <w:p w14:paraId="4DFFD959" w14:textId="77777777" w:rsidR="00341FC2" w:rsidRDefault="00341FC2" w:rsidP="00341FC2">
      <w:pPr>
        <w:pStyle w:val="aa"/>
        <w:snapToGrid w:val="0"/>
      </w:pPr>
      <w:r>
        <w:t>HoloCozy</w:t>
      </w:r>
      <w:r>
        <w:rPr>
          <w:rFonts w:ascii="新細明體" w:eastAsia="新細明體" w:hAnsi="新細明體" w:hint="eastAsia"/>
          <w:lang w:eastAsia="zh-TW"/>
        </w:rPr>
        <w:t xml:space="preserve"> </w:t>
      </w:r>
      <w:r>
        <w:t xml:space="preserve">9 </w:t>
      </w:r>
      <w:r>
        <w:t>月</w:t>
      </w:r>
      <w:r>
        <w:t xml:space="preserve"> 28 </w:t>
      </w:r>
      <w:r>
        <w:t>日開放免費試玩</w:t>
      </w:r>
    </w:p>
    <w:p w14:paraId="6B420D1C" w14:textId="77777777" w:rsidR="00341FC2" w:rsidRDefault="00341FC2" w:rsidP="00341FC2">
      <w:pPr>
        <w:snapToGrid w:val="0"/>
      </w:pPr>
      <w:r>
        <w:t>由台灣獨立遊戲團隊 Ninth Games（第九遊戲）開發、CCMC 透過旗下 hololive 二次創作遊戲品牌「holo Indie」發行的《HoloCozy》，將於 9 月 28 日在 Steam 公開免費試玩版，支援 Windows 與 macOS。玩家將能率先邀請時乃空進駐桌面，一邊工作、讀書，一邊看著她在像素小房間裡度過日常。</w:t>
      </w:r>
    </w:p>
    <w:p w14:paraId="5FFDECF2" w14:textId="77777777" w:rsidR="00341FC2" w:rsidRDefault="00341FC2" w:rsidP="00341FC2">
      <w:pPr>
        <w:snapToGrid w:val="0"/>
      </w:pPr>
      <w:r>
        <w:t>本次也同步公開第二支繁體中文宣傳影片，介紹桌面陪伴玩法，以及新增的好友系統、遊戲中心與直播模式。</w:t>
      </w:r>
    </w:p>
    <w:p w14:paraId="2B77F0D5" w14:textId="77777777" w:rsidR="00341FC2" w:rsidRDefault="00341FC2" w:rsidP="00341FC2">
      <w:pPr>
        <w:snapToGrid w:val="0"/>
        <w:spacing w:after="100"/>
        <w:rPr>
          <w:b/>
          <w:lang w:eastAsia="zh-TW"/>
        </w:rPr>
      </w:pPr>
      <w:r w:rsidRPr="00AB1424">
        <w:rPr>
          <w:b/>
        </w:rPr>
        <w:t>▼</w:t>
      </w:r>
      <w:r>
        <w:rPr>
          <w:b/>
        </w:rPr>
        <w:t>中文版宣傳影片</w:t>
      </w:r>
    </w:p>
    <w:p w14:paraId="335EEAF4" w14:textId="77777777" w:rsidR="00341FC2" w:rsidRDefault="00341FC2" w:rsidP="00341FC2">
      <w:pPr>
        <w:snapToGrid w:val="0"/>
        <w:spacing w:after="100"/>
      </w:pPr>
      <w:hyperlink r:id="rId8">
        <w:r>
          <w:rPr>
            <w:color w:val="18568A"/>
            <w:sz w:val="20"/>
          </w:rPr>
          <w:t>https://www.youtube.com/watch?v=NuQQD0RkPL8</w:t>
        </w:r>
      </w:hyperlink>
    </w:p>
    <w:p w14:paraId="5B6868BB" w14:textId="77777777" w:rsidR="00341FC2" w:rsidRPr="00AB1424" w:rsidRDefault="00341FC2" w:rsidP="00341FC2">
      <w:pPr>
        <w:keepNext/>
        <w:snapToGrid w:val="0"/>
        <w:spacing w:after="80" w:line="240" w:lineRule="auto"/>
        <w:jc w:val="center"/>
        <w:rPr>
          <w:rFonts w:hint="eastAsia"/>
          <w:lang w:eastAsia="zh-TW"/>
        </w:rPr>
      </w:pPr>
      <w:r>
        <w:rPr>
          <w:noProof/>
        </w:rPr>
        <w:drawing>
          <wp:inline distT="0" distB="0" distL="0" distR="0" wp14:anchorId="4D5845DF" wp14:editId="4E7D522E">
            <wp:extent cx="5303520" cy="2983230"/>
            <wp:effectExtent l="0" t="0" r="0" b="0"/>
            <wp:docPr id="1" name="Picture 1" descr="時乃空的桌面房間與角色狀態介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6C2D2" w14:textId="77777777" w:rsidR="00341FC2" w:rsidRDefault="00341FC2" w:rsidP="00341FC2">
      <w:pPr>
        <w:pStyle w:val="1"/>
        <w:snapToGrid w:val="0"/>
      </w:pPr>
      <w:r>
        <w:t>把時乃空的小房間搬到桌面上</w:t>
      </w:r>
    </w:p>
    <w:p w14:paraId="7FECD9E9" w14:textId="77777777" w:rsidR="00341FC2" w:rsidRDefault="00341FC2" w:rsidP="00341FC2">
      <w:pPr>
        <w:snapToGrid w:val="0"/>
      </w:pPr>
      <w:r>
        <w:t>《HoloCozy》不需要玩家一直盯著畫面操作。角色會依照體力與心情，自主工作、休息、移動與睡眠；當玩家忙著處理文件、瀏覽網頁或準備功課時，她也會在桌面一角過著自己的生活。</w:t>
      </w:r>
    </w:p>
    <w:p w14:paraId="3C70C7DD" w14:textId="77777777" w:rsidR="00341FC2" w:rsidRDefault="00341FC2" w:rsidP="00341FC2">
      <w:pPr>
        <w:snapToGrid w:val="0"/>
      </w:pPr>
      <w:r>
        <w:t>想休息一下時，可以打開遊戲內的手機查看角色狀態，收集家具、重新布置房間，慢慢打造喜歡的桌面小天地。遊戲也整合行事曆、番茄鐘與直播狀態提醒，讓角色陪伴融入平常使用電腦的時光。</w:t>
      </w:r>
    </w:p>
    <w:p w14:paraId="4DB04BD1" w14:textId="77777777" w:rsidR="00341FC2" w:rsidRDefault="00341FC2" w:rsidP="00341FC2">
      <w:pPr>
        <w:snapToGrid w:val="0"/>
      </w:pPr>
      <w:r>
        <w:br w:type="page"/>
      </w:r>
    </w:p>
    <w:p w14:paraId="7F59654B" w14:textId="77777777" w:rsidR="00341FC2" w:rsidRDefault="00341FC2" w:rsidP="00341FC2">
      <w:pPr>
        <w:pStyle w:val="1"/>
        <w:snapToGrid w:val="0"/>
      </w:pPr>
      <w:r>
        <w:lastRenderedPageBreak/>
        <w:t>試玩版提供時乃空與音樂陪伴</w:t>
      </w:r>
    </w:p>
    <w:p w14:paraId="238FDC51" w14:textId="77777777" w:rsidR="00341FC2" w:rsidRDefault="00341FC2" w:rsidP="00341FC2">
      <w:pPr>
        <w:snapToGrid w:val="0"/>
      </w:pPr>
      <w:r>
        <w:t>免費試玩版提供時乃空單一角色</w:t>
      </w:r>
      <w:r>
        <w:rPr>
          <w:rFonts w:hint="eastAsia"/>
          <w:lang w:eastAsia="zh-TW"/>
        </w:rPr>
        <w:t>，兩種基本房間，</w:t>
      </w:r>
      <w:r>
        <w:t>3 首合唱歌曲與 3 種環境音，</w:t>
      </w:r>
      <w:r>
        <w:rPr>
          <w:rFonts w:hint="eastAsia"/>
          <w:lang w:eastAsia="zh-TW"/>
        </w:rPr>
        <w:t>讓</w:t>
      </w:r>
      <w:r>
        <w:t>玩家可隨心情播放音樂，或用環境音搭配工作與休息。</w:t>
      </w:r>
    </w:p>
    <w:p w14:paraId="6103E2D2" w14:textId="77777777" w:rsidR="00341FC2" w:rsidRDefault="00341FC2" w:rsidP="00341FC2">
      <w:pPr>
        <w:keepNext/>
        <w:snapToGrid w:val="0"/>
        <w:spacing w:after="80" w:line="240" w:lineRule="auto"/>
        <w:jc w:val="center"/>
        <w:rPr>
          <w:rFonts w:hint="eastAsia"/>
          <w:lang w:eastAsia="zh-TW"/>
        </w:rPr>
      </w:pPr>
      <w:r>
        <w:rPr>
          <w:noProof/>
        </w:rPr>
        <w:drawing>
          <wp:inline distT="0" distB="0" distL="0" distR="0" wp14:anchorId="38C68434" wp14:editId="32CAA266">
            <wp:extent cx="5166360" cy="2906077"/>
            <wp:effectExtent l="0" t="0" r="0" b="0"/>
            <wp:docPr id="2" name="Picture 2" descr="音樂與環境音功能示意。試玩版收錄 3 首歌曲及 3 種環境音，並非圖中完整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906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1727F" w14:textId="77777777" w:rsidR="00341FC2" w:rsidRDefault="00341FC2" w:rsidP="00341FC2">
      <w:pPr>
        <w:pStyle w:val="1"/>
        <w:snapToGrid w:val="0"/>
      </w:pPr>
      <w:r>
        <w:t>分享好友房間與日常近況</w:t>
      </w:r>
    </w:p>
    <w:p w14:paraId="373254AB" w14:textId="77777777" w:rsidR="00341FC2" w:rsidRDefault="00341FC2" w:rsidP="00341FC2">
      <w:pPr>
        <w:snapToGrid w:val="0"/>
      </w:pPr>
      <w:r>
        <w:t>這次公開的</w:t>
      </w:r>
      <w:r>
        <w:rPr>
          <w:rFonts w:hint="eastAsia"/>
          <w:lang w:eastAsia="zh-TW"/>
        </w:rPr>
        <w:t>新的</w:t>
      </w:r>
      <w:r>
        <w:t>好友系統，讓玩家除了照顧自己的小房間，也能看看好友分享的房間與近況。玩家可以設定目前狀態、留下一句訊息，並自行決定是否向好友公開狀態與房間。</w:t>
      </w:r>
    </w:p>
    <w:p w14:paraId="20E6F891" w14:textId="77777777" w:rsidR="00341FC2" w:rsidRDefault="00341FC2" w:rsidP="00341FC2">
      <w:pPr>
        <w:keepNext/>
        <w:snapToGrid w:val="0"/>
        <w:spacing w:after="80" w:line="240" w:lineRule="auto"/>
        <w:jc w:val="center"/>
      </w:pPr>
      <w:r>
        <w:rPr>
          <w:noProof/>
        </w:rPr>
        <w:drawing>
          <wp:inline distT="0" distB="0" distL="0" distR="0" wp14:anchorId="22C4DEED" wp14:editId="75A8E297">
            <wp:extent cx="5166360" cy="2906077"/>
            <wp:effectExtent l="0" t="0" r="0" b="0"/>
            <wp:docPr id="3" name="Picture 3" descr="好友系統與房間展示示意。圖中包含多名角色，試玩版可操作角色僅有時乃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906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AA159" w14:textId="77777777" w:rsidR="00341FC2" w:rsidRDefault="00341FC2" w:rsidP="00341FC2">
      <w:pPr>
        <w:snapToGrid w:val="0"/>
      </w:pPr>
      <w:r>
        <w:br w:type="page"/>
      </w:r>
    </w:p>
    <w:p w14:paraId="796CC8E4" w14:textId="77777777" w:rsidR="00341FC2" w:rsidRDefault="00341FC2" w:rsidP="00341FC2">
      <w:pPr>
        <w:pStyle w:val="1"/>
        <w:snapToGrid w:val="0"/>
      </w:pPr>
      <w:r>
        <w:lastRenderedPageBreak/>
        <w:t>休息時間到遊戲中心玩一局</w:t>
      </w:r>
    </w:p>
    <w:p w14:paraId="5D63D2CE" w14:textId="77777777" w:rsidR="00341FC2" w:rsidRDefault="00341FC2" w:rsidP="00341FC2">
      <w:pPr>
        <w:snapToGrid w:val="0"/>
      </w:pPr>
      <w:r>
        <w:t>工作告一段落，也能到遊戲中心玩一局黑傑克、記憶力比賽或射龍門，作為短暫休息的小活動。</w:t>
      </w:r>
    </w:p>
    <w:p w14:paraId="599B0BF7" w14:textId="77777777" w:rsidR="00341FC2" w:rsidRDefault="00341FC2" w:rsidP="00341FC2">
      <w:pPr>
        <w:keepNext/>
        <w:snapToGrid w:val="0"/>
        <w:spacing w:after="80" w:line="240" w:lineRule="auto"/>
        <w:jc w:val="center"/>
      </w:pPr>
      <w:r>
        <w:rPr>
          <w:noProof/>
        </w:rPr>
        <w:drawing>
          <wp:inline distT="0" distB="0" distL="0" distR="0" wp14:anchorId="6B09B968" wp14:editId="6F1AC30A">
            <wp:extent cx="5166360" cy="2906078"/>
            <wp:effectExtent l="0" t="0" r="0" b="0"/>
            <wp:docPr id="4" name="Picture 4" descr="遊戲中心收錄黑傑克、記憶力比賽與射龍門，為桌面陪伴增添休閒互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90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</w:t>
      </w:r>
    </w:p>
    <w:p w14:paraId="2C26E87C" w14:textId="77777777" w:rsidR="00341FC2" w:rsidRDefault="00341FC2" w:rsidP="00341FC2">
      <w:pPr>
        <w:pStyle w:val="1"/>
        <w:snapToGrid w:val="0"/>
      </w:pPr>
      <w:r>
        <w:t>分享畫面前多一道確認</w:t>
      </w:r>
    </w:p>
    <w:p w14:paraId="6BB1AA25" w14:textId="77777777" w:rsidR="00341FC2" w:rsidRDefault="00341FC2" w:rsidP="00341FC2">
      <w:pPr>
        <w:snapToGrid w:val="0"/>
      </w:pPr>
      <w:r>
        <w:t>針對會直播或分享桌面畫面的玩家，新增的「直播模式」會在開啟可能含有個人資訊的介面前提醒確認，讓玩家留意即將公開的畫面內容。</w:t>
      </w:r>
    </w:p>
    <w:p w14:paraId="19D94A20" w14:textId="77777777" w:rsidR="00341FC2" w:rsidRDefault="00341FC2" w:rsidP="00341FC2">
      <w:pPr>
        <w:keepNext/>
        <w:snapToGrid w:val="0"/>
        <w:spacing w:after="80" w:line="240" w:lineRule="auto"/>
        <w:jc w:val="center"/>
      </w:pPr>
      <w:r>
        <w:rPr>
          <w:noProof/>
        </w:rPr>
        <w:drawing>
          <wp:inline distT="0" distB="0" distL="0" distR="0" wp14:anchorId="70B94500" wp14:editId="0E990046">
            <wp:extent cx="5166360" cy="2907622"/>
            <wp:effectExtent l="0" t="0" r="0" b="0"/>
            <wp:docPr id="5" name="Picture 5" descr="直播模式會提醒確認可能顯示個人資訊的畫面，與 YouTube 聊天室互動直播為不同功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90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D6AB1" w14:textId="77777777" w:rsidR="00341FC2" w:rsidRDefault="00341FC2" w:rsidP="00341FC2">
      <w:pPr>
        <w:snapToGrid w:val="0"/>
      </w:pPr>
      <w:r>
        <w:br w:type="page"/>
      </w:r>
    </w:p>
    <w:p w14:paraId="77F2E38F" w14:textId="77777777" w:rsidR="00341FC2" w:rsidRDefault="00341FC2" w:rsidP="00341FC2">
      <w:pPr>
        <w:pStyle w:val="1"/>
        <w:snapToGrid w:val="0"/>
      </w:pPr>
      <w:r>
        <w:lastRenderedPageBreak/>
        <w:t>參加</w:t>
      </w:r>
      <w:r>
        <w:t xml:space="preserve"> Steam </w:t>
      </w:r>
      <w:r>
        <w:t>新品節並推出聊天室互動直播</w:t>
      </w:r>
    </w:p>
    <w:p w14:paraId="3C10EE4B" w14:textId="77777777" w:rsidR="00341FC2" w:rsidRDefault="00341FC2" w:rsidP="00341FC2">
      <w:pPr>
        <w:snapToGrid w:val="0"/>
      </w:pPr>
      <w:r>
        <w:t>《HoloCozy》將參加 10 月 Steam 新品節，活動期間為台灣時間 10 月 20 日凌晨 1 點至 10 月 27 日凌晨 1 點。玩家不必等到活動開始，9 月 28 日起即可先下載免費試玩版，並將遊戲加入願望清單。</w:t>
      </w:r>
    </w:p>
    <w:p w14:paraId="70928B22" w14:textId="77777777" w:rsidR="00341FC2" w:rsidRDefault="00341FC2" w:rsidP="00341FC2">
      <w:pPr>
        <w:snapToGrid w:val="0"/>
      </w:pPr>
      <w:r>
        <w:t>配合試玩版公開，Ninth Games 也將開設 YouTube 自動互動直播。觀眾可以依畫面提示，在聊天室輸入指令參與互動，預覽開發中的正式版內容。</w:t>
      </w:r>
    </w:p>
    <w:p w14:paraId="40F09A07" w14:textId="77777777" w:rsidR="00341FC2" w:rsidRDefault="00341FC2" w:rsidP="00341FC2">
      <w:pPr>
        <w:snapToGrid w:val="0"/>
        <w:spacing w:line="280" w:lineRule="exact"/>
      </w:pPr>
      <w:r>
        <w:rPr>
          <w:color w:val="555555"/>
          <w:sz w:val="19"/>
        </w:rPr>
        <w:t>（註：直播由 Ninth Games 營運，並非 hololive 成員本人出演、操作或回覆，展示內容也不代表試玩版的收錄範圍。）</w:t>
      </w:r>
    </w:p>
    <w:p w14:paraId="6951CFFD" w14:textId="77777777" w:rsidR="00341FC2" w:rsidRDefault="00341FC2" w:rsidP="00341FC2">
      <w:pPr>
        <w:snapToGrid w:val="0"/>
        <w:spacing w:after="100"/>
        <w:rPr>
          <w:b/>
        </w:rPr>
      </w:pPr>
      <w:r w:rsidRPr="00AB1424">
        <w:rPr>
          <w:b/>
        </w:rPr>
        <w:t>▼</w:t>
      </w:r>
      <w:r>
        <w:rPr>
          <w:b/>
        </w:rPr>
        <w:t>YouTube 互動直播</w:t>
      </w:r>
    </w:p>
    <w:p w14:paraId="02A507C3" w14:textId="77777777" w:rsidR="00341FC2" w:rsidRDefault="00341FC2" w:rsidP="00341FC2">
      <w:pPr>
        <w:snapToGrid w:val="0"/>
        <w:spacing w:after="100"/>
        <w:rPr>
          <w:lang w:eastAsia="zh-TW"/>
        </w:rPr>
      </w:pPr>
      <w:hyperlink r:id="rId14">
        <w:r>
          <w:rPr>
            <w:color w:val="18568A"/>
            <w:sz w:val="20"/>
          </w:rPr>
          <w:t>https://youtube.com/live/UGdbeAm_JE0?feature=share</w:t>
        </w:r>
      </w:hyperlink>
    </w:p>
    <w:p w14:paraId="10277811" w14:textId="77777777" w:rsidR="00341FC2" w:rsidRDefault="00341FC2" w:rsidP="00341FC2">
      <w:pPr>
        <w:snapToGrid w:val="0"/>
        <w:spacing w:after="100"/>
        <w:rPr>
          <w:rFonts w:hint="eastAsia"/>
          <w:lang w:eastAsia="zh-TW"/>
        </w:rPr>
      </w:pPr>
    </w:p>
    <w:p w14:paraId="5535EECE" w14:textId="77777777" w:rsidR="00341FC2" w:rsidRDefault="00341FC2" w:rsidP="00341FC2">
      <w:pPr>
        <w:pStyle w:val="1"/>
        <w:snapToGrid w:val="0"/>
      </w:pPr>
      <w:r>
        <w:t>遊戲資訊</w:t>
      </w:r>
    </w:p>
    <w:p w14:paraId="11174262" w14:textId="77777777" w:rsidR="00341FC2" w:rsidRDefault="00341FC2" w:rsidP="00341FC2">
      <w:pPr>
        <w:snapToGrid w:val="0"/>
      </w:pPr>
      <w:r>
        <w:rPr>
          <w:sz w:val="20"/>
        </w:rPr>
        <w:t>遊戲名稱：HoloCozy</w:t>
      </w:r>
      <w:r>
        <w:rPr>
          <w:sz w:val="20"/>
        </w:rPr>
        <w:br/>
        <w:t>開發團隊：Ninth Games／第九遊戲</w:t>
      </w:r>
      <w:r>
        <w:rPr>
          <w:sz w:val="20"/>
        </w:rPr>
        <w:br/>
        <w:t>發行品牌：holo Indie</w:t>
      </w:r>
      <w:r>
        <w:rPr>
          <w:sz w:val="20"/>
        </w:rPr>
        <w:br/>
        <w:t>遊戲類型：像素風格桌面陪伴遊戲</w:t>
      </w:r>
      <w:r>
        <w:rPr>
          <w:sz w:val="20"/>
        </w:rPr>
        <w:br/>
        <w:t>遊戲平台：Steam（Windows／macOS）</w:t>
      </w:r>
      <w:r>
        <w:rPr>
          <w:sz w:val="20"/>
        </w:rPr>
        <w:br/>
        <w:t>免費試玩版公開日期：2026 年 9 月 28 日</w:t>
      </w:r>
    </w:p>
    <w:p w14:paraId="445A7282" w14:textId="77777777" w:rsidR="00341FC2" w:rsidRDefault="00341FC2" w:rsidP="00341FC2">
      <w:pPr>
        <w:snapToGrid w:val="0"/>
        <w:spacing w:after="100"/>
      </w:pPr>
      <w:r>
        <w:rPr>
          <w:b/>
        </w:rPr>
        <w:t xml:space="preserve">Steam 商店  </w:t>
      </w:r>
      <w:hyperlink r:id="rId15">
        <w:r>
          <w:rPr>
            <w:color w:val="18568A"/>
            <w:sz w:val="20"/>
          </w:rPr>
          <w:t>https://store.steampowered.com/app/5040220/</w:t>
        </w:r>
      </w:hyperlink>
    </w:p>
    <w:p w14:paraId="5CE7B4F3" w14:textId="77777777" w:rsidR="00341FC2" w:rsidRDefault="00341FC2" w:rsidP="00341FC2">
      <w:pPr>
        <w:snapToGrid w:val="0"/>
        <w:spacing w:after="100"/>
      </w:pPr>
      <w:r>
        <w:rPr>
          <w:b/>
        </w:rPr>
        <w:t xml:space="preserve">官方網站  </w:t>
      </w:r>
      <w:hyperlink r:id="rId16">
        <w:r>
          <w:rPr>
            <w:color w:val="18568A"/>
            <w:sz w:val="20"/>
          </w:rPr>
          <w:t>https://ninthgames.com/</w:t>
        </w:r>
      </w:hyperlink>
    </w:p>
    <w:p w14:paraId="4015B24F" w14:textId="77777777" w:rsidR="00341FC2" w:rsidRDefault="00341FC2" w:rsidP="00341FC2">
      <w:pPr>
        <w:snapToGrid w:val="0"/>
        <w:spacing w:after="100"/>
      </w:pPr>
      <w:r>
        <w:rPr>
          <w:b/>
        </w:rPr>
        <w:t xml:space="preserve">官方 X  </w:t>
      </w:r>
      <w:hyperlink r:id="rId17">
        <w:r>
          <w:rPr>
            <w:color w:val="18568A"/>
            <w:sz w:val="20"/>
          </w:rPr>
          <w:t>https://x.com/holocozy</w:t>
        </w:r>
      </w:hyperlink>
    </w:p>
    <w:p w14:paraId="1B6646FC" w14:textId="77777777" w:rsidR="00341FC2" w:rsidRDefault="00341FC2" w:rsidP="00341FC2">
      <w:pPr>
        <w:snapToGrid w:val="0"/>
        <w:spacing w:after="100"/>
        <w:rPr>
          <w:lang w:eastAsia="zh-TW"/>
        </w:rPr>
      </w:pPr>
    </w:p>
    <w:p w14:paraId="3DBDF38F" w14:textId="77777777" w:rsidR="00341FC2" w:rsidRDefault="00341FC2" w:rsidP="00341FC2">
      <w:pPr>
        <w:pStyle w:val="1"/>
        <w:snapToGrid w:val="0"/>
      </w:pPr>
      <w:r>
        <w:t>關於</w:t>
      </w:r>
      <w:r>
        <w:t xml:space="preserve"> holo Indie</w:t>
      </w:r>
    </w:p>
    <w:p w14:paraId="3B358FC3" w14:textId="77777777" w:rsidR="00341FC2" w:rsidRDefault="00341FC2" w:rsidP="00341FC2">
      <w:pPr>
        <w:snapToGrid w:val="0"/>
      </w:pPr>
      <w:r>
        <w:rPr>
          <w:sz w:val="20"/>
        </w:rPr>
        <w:t>本作品是由株式会社CCMC（※1）所推展的獨立遊戲品牌 "holo Indie"（※2）的參與作品。</w:t>
      </w:r>
      <w:r>
        <w:rPr>
          <w:sz w:val="20"/>
        </w:rPr>
        <w:br/>
        <w:t>本作品已依據 "holo Indie" 的審查與規範，獲得發佈與營利的許可。</w:t>
      </w:r>
      <w:r>
        <w:rPr>
          <w:sz w:val="20"/>
        </w:rPr>
        <w:br/>
        <w:t>請注意，除了 "holo Indie" 以外，使用Cover株式会社所擁有內容的二次創作遊戲，並不被允許進行營利行為。</w:t>
      </w:r>
    </w:p>
    <w:p w14:paraId="10D90B60" w14:textId="77777777" w:rsidR="00341FC2" w:rsidRDefault="00341FC2" w:rsidP="00341FC2">
      <w:pPr>
        <w:snapToGrid w:val="0"/>
      </w:pPr>
      <w:r>
        <w:rPr>
          <w:sz w:val="20"/>
        </w:rPr>
        <w:t>※1. 關於株式会社CCMC</w:t>
      </w:r>
      <w:r>
        <w:rPr>
          <w:sz w:val="20"/>
        </w:rPr>
        <w:br/>
        <w:t>株式会社CCMC受Cover株式会社委託，負責在Steam帳號上以及其他網站上的發佈、審查、管理及其他必要的管理業務。</w:t>
      </w:r>
    </w:p>
    <w:p w14:paraId="71962C0D" w14:textId="77777777" w:rsidR="00341FC2" w:rsidRDefault="00341FC2" w:rsidP="00341FC2">
      <w:pPr>
        <w:snapToGrid w:val="0"/>
      </w:pPr>
      <w:r>
        <w:rPr>
          <w:sz w:val="20"/>
        </w:rPr>
        <w:t>※2. 關於「holo Indie」</w:t>
      </w:r>
      <w:r>
        <w:rPr>
          <w:sz w:val="20"/>
        </w:rPr>
        <w:br/>
        <w:t>「holo Indie」是一個遊戲品牌的統稱，旨在與全世界喜愛hololive production 的粉絲和創作者共同創作，通過「遊戲創作者支援計劃」製作的二次創作遊戲屬於該品牌。</w:t>
      </w:r>
      <w:r>
        <w:rPr>
          <w:sz w:val="20"/>
        </w:rPr>
        <w:br/>
        <w:t>關於本遊戲品牌的詳細資訊，請參閱COVER株式會社所發布的「二次創作規範」。</w:t>
      </w:r>
    </w:p>
    <w:p w14:paraId="2924E82F" w14:textId="77777777" w:rsidR="00341FC2" w:rsidRDefault="00341FC2" w:rsidP="00341FC2">
      <w:pPr>
        <w:snapToGrid w:val="0"/>
        <w:spacing w:after="60"/>
      </w:pPr>
      <w:r>
        <w:rPr>
          <w:b/>
        </w:rPr>
        <w:t xml:space="preserve">二次創作規範  </w:t>
      </w:r>
      <w:hyperlink r:id="rId18">
        <w:r>
          <w:rPr>
            <w:color w:val="18568A"/>
            <w:sz w:val="20"/>
          </w:rPr>
          <w:t>https://hololivepro.com/terms/</w:t>
        </w:r>
      </w:hyperlink>
    </w:p>
    <w:p w14:paraId="07EC177D" w14:textId="77777777" w:rsidR="00341FC2" w:rsidRDefault="00341FC2" w:rsidP="00341FC2">
      <w:pPr>
        <w:snapToGrid w:val="0"/>
        <w:rPr>
          <w:sz w:val="20"/>
        </w:rPr>
      </w:pPr>
      <w:r>
        <w:rPr>
          <w:sz w:val="20"/>
        </w:rPr>
        <w:t>© COVER © CCMC Corp. © Ninth Games</w:t>
      </w:r>
    </w:p>
    <w:p w14:paraId="074DC3AC" w14:textId="77777777" w:rsidR="00341FC2" w:rsidRDefault="00341FC2" w:rsidP="00341FC2">
      <w:pPr>
        <w:snapToGrid w:val="0"/>
        <w:spacing w:after="100"/>
        <w:rPr>
          <w:rFonts w:hint="eastAsia"/>
          <w:lang w:eastAsia="zh-TW"/>
        </w:rPr>
      </w:pPr>
    </w:p>
    <w:p w14:paraId="0FFCCE71" w14:textId="67BFEABC" w:rsidR="00AB1424" w:rsidRPr="00341FC2" w:rsidRDefault="00AB1424" w:rsidP="00341FC2"/>
    <w:sectPr w:rsidR="00AB1424" w:rsidRPr="00341FC2" w:rsidSect="00034616">
      <w:footerReference w:type="default" r:id="rId19"/>
      <w:pgSz w:w="12240" w:h="15840"/>
      <w:pgMar w:top="936" w:right="1152" w:bottom="936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6C111" w14:textId="77777777" w:rsidR="00C20C6A" w:rsidRDefault="00C20C6A">
      <w:pPr>
        <w:spacing w:after="0" w:line="240" w:lineRule="auto"/>
      </w:pPr>
      <w:r>
        <w:separator/>
      </w:r>
    </w:p>
  </w:endnote>
  <w:endnote w:type="continuationSeparator" w:id="0">
    <w:p w14:paraId="66ED49A0" w14:textId="77777777" w:rsidR="00C20C6A" w:rsidRDefault="00C20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1EB8C" w14:textId="77777777" w:rsidR="00DE4272" w:rsidRDefault="00000000">
    <w:pPr>
      <w:pStyle w:val="a7"/>
      <w:jc w:val="right"/>
    </w:pPr>
    <w:proofErr w:type="gramStart"/>
    <w:r>
      <w:rPr>
        <w:sz w:val="16"/>
      </w:rPr>
      <w:t>HoloCozy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AB142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D13EC" w14:textId="77777777" w:rsidR="00C20C6A" w:rsidRDefault="00C20C6A">
      <w:pPr>
        <w:spacing w:after="0" w:line="240" w:lineRule="auto"/>
      </w:pPr>
      <w:r>
        <w:separator/>
      </w:r>
    </w:p>
  </w:footnote>
  <w:footnote w:type="continuationSeparator" w:id="0">
    <w:p w14:paraId="298A70F6" w14:textId="77777777" w:rsidR="00C20C6A" w:rsidRDefault="00C20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5016701">
    <w:abstractNumId w:val="8"/>
  </w:num>
  <w:num w:numId="2" w16cid:durableId="378012144">
    <w:abstractNumId w:val="6"/>
  </w:num>
  <w:num w:numId="3" w16cid:durableId="1035689382">
    <w:abstractNumId w:val="5"/>
  </w:num>
  <w:num w:numId="4" w16cid:durableId="252053979">
    <w:abstractNumId w:val="4"/>
  </w:num>
  <w:num w:numId="5" w16cid:durableId="1565527963">
    <w:abstractNumId w:val="7"/>
  </w:num>
  <w:num w:numId="6" w16cid:durableId="301547906">
    <w:abstractNumId w:val="3"/>
  </w:num>
  <w:num w:numId="7" w16cid:durableId="1811508134">
    <w:abstractNumId w:val="2"/>
  </w:num>
  <w:num w:numId="8" w16cid:durableId="1813135032">
    <w:abstractNumId w:val="1"/>
  </w:num>
  <w:num w:numId="9" w16cid:durableId="1983805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1FC2"/>
    <w:rsid w:val="009328AA"/>
    <w:rsid w:val="00AA1D8D"/>
    <w:rsid w:val="00AB1424"/>
    <w:rsid w:val="00B47730"/>
    <w:rsid w:val="00BB2D21"/>
    <w:rsid w:val="00C20C6A"/>
    <w:rsid w:val="00CB0664"/>
    <w:rsid w:val="00D85D85"/>
    <w:rsid w:val="00DE4272"/>
    <w:rsid w:val="00FC23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7FF547"/>
  <w14:defaultImageDpi w14:val="300"/>
  <w15:docId w15:val="{9893CDB7-956F-4B0B-8EF2-13937FE0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320" w:lineRule="exact"/>
    </w:pPr>
    <w:rPr>
      <w:rFonts w:ascii="微軟正黑體" w:eastAsia="微軟正黑體" w:hAnsi="微軟正黑體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240" w:line="580" w:lineRule="exact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after="180"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uQQD0RkPL8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hololivepro.com/terms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yperlink" Target="https://x.com/holocoz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inthgames.com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store.steampowered.com/app/5040220/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youtube.com/live/UGdbeAm_JE0?feature=s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HoloCozy 9月28日 Steam 免費試玩版新聞稿</dc:title>
  <dc:subject>2026 年 9 月 28 日 Steam 免費試玩版公開</dc:subject>
  <dc:creator>Ninth Games</dc:creator>
  <cp:keywords/>
  <dc:description>generated by python-docx</dc:description>
  <cp:lastModifiedBy>Nine God</cp:lastModifiedBy>
  <cp:revision>3</cp:revision>
  <dcterms:created xsi:type="dcterms:W3CDTF">2013-12-23T23:15:00Z</dcterms:created>
  <dcterms:modified xsi:type="dcterms:W3CDTF">2026-09-27T10:38:00Z</dcterms:modified>
  <cp:category/>
</cp:coreProperties>
</file>